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221AE" w14:textId="4ADFD733" w:rsidR="00BB7C16" w:rsidRDefault="00094DB0">
      <w:r>
        <w:rPr>
          <w:noProof/>
        </w:rPr>
        <w:drawing>
          <wp:anchor distT="0" distB="0" distL="114300" distR="114300" simplePos="0" relativeHeight="251658240" behindDoc="1" locked="0" layoutInCell="1" allowOverlap="1" wp14:anchorId="084F8E5B" wp14:editId="71EBC1BC">
            <wp:simplePos x="0" y="0"/>
            <wp:positionH relativeFrom="column">
              <wp:posOffset>-388620</wp:posOffset>
            </wp:positionH>
            <wp:positionV relativeFrom="paragraph">
              <wp:posOffset>-125730</wp:posOffset>
            </wp:positionV>
            <wp:extent cx="7459980" cy="966470"/>
            <wp:effectExtent l="0" t="0" r="762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59980" cy="966470"/>
                    </a:xfrm>
                    <a:prstGeom prst="rect">
                      <a:avLst/>
                    </a:prstGeom>
                    <a:noFill/>
                  </pic:spPr>
                </pic:pic>
              </a:graphicData>
            </a:graphic>
            <wp14:sizeRelH relativeFrom="page">
              <wp14:pctWidth>0</wp14:pctWidth>
            </wp14:sizeRelH>
            <wp14:sizeRelV relativeFrom="page">
              <wp14:pctHeight>0</wp14:pctHeight>
            </wp14:sizeRelV>
          </wp:anchor>
        </w:drawing>
      </w:r>
    </w:p>
    <w:p w14:paraId="60182861" w14:textId="1DA12181" w:rsidR="00094DB0" w:rsidRDefault="00094DB0"/>
    <w:p w14:paraId="26C3BDF7" w14:textId="77777777" w:rsidR="00094DB0" w:rsidRDefault="00094DB0"/>
    <w:p w14:paraId="48E0C1D7" w14:textId="77777777" w:rsidR="00BA1C32" w:rsidRPr="00E13F34" w:rsidRDefault="00BA1C32">
      <w:pPr>
        <w:rPr>
          <w:sz w:val="12"/>
          <w:szCs w:val="12"/>
        </w:rPr>
      </w:pPr>
    </w:p>
    <w:p w14:paraId="2A92E5EE" w14:textId="0B98CA31" w:rsidR="00BB7C16" w:rsidRPr="00BA1C32" w:rsidRDefault="00E13F34" w:rsidP="00E13F34">
      <w:pPr>
        <w:jc w:val="center"/>
        <w:rPr>
          <w:b/>
          <w:bCs/>
          <w:sz w:val="36"/>
          <w:szCs w:val="36"/>
          <w:u w:val="single"/>
        </w:rPr>
      </w:pPr>
      <w:r w:rsidRPr="00BA1C32">
        <w:rPr>
          <w:b/>
          <w:bCs/>
          <w:sz w:val="36"/>
          <w:szCs w:val="36"/>
          <w:u w:val="single"/>
        </w:rPr>
        <w:t>NEW</w:t>
      </w:r>
      <w:r w:rsidR="00000000" w:rsidRPr="00BA1C32">
        <w:rPr>
          <w:b/>
          <w:bCs/>
          <w:sz w:val="36"/>
          <w:szCs w:val="36"/>
          <w:u w:val="single"/>
        </w:rPr>
        <w:t xml:space="preserve">SLETTER </w:t>
      </w:r>
      <w:r w:rsidRPr="00BA1C32">
        <w:rPr>
          <w:b/>
          <w:bCs/>
          <w:sz w:val="36"/>
          <w:szCs w:val="36"/>
          <w:u w:val="single"/>
        </w:rPr>
        <w:t>3/26</w:t>
      </w:r>
    </w:p>
    <w:p w14:paraId="184D945E" w14:textId="77777777" w:rsidR="004624F6" w:rsidRPr="004624F6" w:rsidRDefault="004624F6">
      <w:pPr>
        <w:rPr>
          <w:sz w:val="6"/>
          <w:szCs w:val="6"/>
        </w:rPr>
      </w:pPr>
    </w:p>
    <w:p w14:paraId="608BAD81" w14:textId="055B3D5C" w:rsidR="00BB7C16" w:rsidRDefault="00000000">
      <w:r>
        <w:t>Date: 23 March 2026</w:t>
      </w:r>
    </w:p>
    <w:p w14:paraId="698C2A18" w14:textId="77777777" w:rsidR="00BB7C16" w:rsidRDefault="00BB7C16" w:rsidP="00E13F34">
      <w:pPr>
        <w:spacing w:after="0" w:line="240" w:lineRule="auto"/>
      </w:pPr>
    </w:p>
    <w:p w14:paraId="4137BAB4" w14:textId="77777777" w:rsidR="00BB7C16" w:rsidRPr="00BA1C32" w:rsidRDefault="00000000" w:rsidP="00E13F34">
      <w:pPr>
        <w:spacing w:after="0" w:line="240" w:lineRule="auto"/>
        <w:rPr>
          <w:b/>
          <w:bCs/>
        </w:rPr>
      </w:pPr>
      <w:r w:rsidRPr="00BA1C32">
        <w:rPr>
          <w:b/>
          <w:bCs/>
        </w:rPr>
        <w:t>1. Welcome &amp; Eid Greetings</w:t>
      </w:r>
    </w:p>
    <w:p w14:paraId="12025905" w14:textId="77777777" w:rsidR="00BB7C16" w:rsidRDefault="00BB7C16" w:rsidP="00E13F34">
      <w:pPr>
        <w:spacing w:after="0" w:line="240" w:lineRule="auto"/>
      </w:pPr>
    </w:p>
    <w:p w14:paraId="7F1DCF2F" w14:textId="77777777" w:rsidR="00BB7C16" w:rsidRDefault="00000000" w:rsidP="00E13F34">
      <w:pPr>
        <w:spacing w:after="0" w:line="240" w:lineRule="auto"/>
      </w:pPr>
      <w:r>
        <w:t>Dear Parents/Guardians,</w:t>
      </w:r>
    </w:p>
    <w:p w14:paraId="35A22B05" w14:textId="77777777" w:rsidR="00BB7C16" w:rsidRDefault="00BB7C16" w:rsidP="00E13F34">
      <w:pPr>
        <w:spacing w:after="0" w:line="240" w:lineRule="auto"/>
      </w:pPr>
    </w:p>
    <w:p w14:paraId="29593CDA" w14:textId="766DD650" w:rsidR="00BB7C16" w:rsidRDefault="00000000" w:rsidP="00E13F34">
      <w:pPr>
        <w:spacing w:after="0" w:line="240" w:lineRule="auto"/>
      </w:pPr>
      <w:proofErr w:type="spellStart"/>
      <w:r>
        <w:t>Assalamu</w:t>
      </w:r>
      <w:proofErr w:type="spellEnd"/>
      <w:r>
        <w:t xml:space="preserve"> </w:t>
      </w:r>
      <w:proofErr w:type="spellStart"/>
      <w:r>
        <w:t>Alaikum</w:t>
      </w:r>
      <w:proofErr w:type="spellEnd"/>
      <w:r w:rsidR="007D256E">
        <w:t xml:space="preserve"> </w:t>
      </w:r>
      <w:proofErr w:type="spellStart"/>
      <w:r w:rsidR="007D256E">
        <w:t>Wa</w:t>
      </w:r>
      <w:proofErr w:type="spellEnd"/>
      <w:r w:rsidR="007D256E">
        <w:t xml:space="preserve"> </w:t>
      </w:r>
      <w:proofErr w:type="spellStart"/>
      <w:r w:rsidR="007D256E">
        <w:t>Rahmatullahi</w:t>
      </w:r>
      <w:proofErr w:type="spellEnd"/>
      <w:r w:rsidR="007D256E">
        <w:t xml:space="preserve"> </w:t>
      </w:r>
      <w:proofErr w:type="spellStart"/>
      <w:r w:rsidR="007D256E">
        <w:t>Wa</w:t>
      </w:r>
      <w:proofErr w:type="spellEnd"/>
      <w:r w:rsidR="007D256E">
        <w:t xml:space="preserve"> </w:t>
      </w:r>
      <w:proofErr w:type="spellStart"/>
      <w:r w:rsidR="007D256E">
        <w:t>Barkaatuhu</w:t>
      </w:r>
      <w:proofErr w:type="spellEnd"/>
      <w:r>
        <w:t xml:space="preserve"> and warm greetings to you all.</w:t>
      </w:r>
    </w:p>
    <w:p w14:paraId="5F804F76" w14:textId="77777777" w:rsidR="00BB7C16" w:rsidRDefault="00BB7C16" w:rsidP="00E13F34">
      <w:pPr>
        <w:spacing w:after="0" w:line="240" w:lineRule="auto"/>
      </w:pPr>
    </w:p>
    <w:p w14:paraId="58753AA8" w14:textId="77777777" w:rsidR="00BB7C16" w:rsidRDefault="00000000" w:rsidP="00E13F34">
      <w:pPr>
        <w:spacing w:after="0" w:line="240" w:lineRule="auto"/>
      </w:pPr>
      <w:r>
        <w:t>We warmly welcome you to Week 9 of Term 1. As we approach the conclusion of this school term, we extend our heartfelt Eid-ul-Fitr greetings to all families. We trust that Eid was celebrated peacefully and joyfully with your loved ones.</w:t>
      </w:r>
    </w:p>
    <w:p w14:paraId="2458223D" w14:textId="77777777" w:rsidR="00BB7C16" w:rsidRDefault="00BB7C16" w:rsidP="00E13F34">
      <w:pPr>
        <w:spacing w:after="0" w:line="240" w:lineRule="auto"/>
      </w:pPr>
    </w:p>
    <w:p w14:paraId="64264484" w14:textId="77777777" w:rsidR="00BB7C16" w:rsidRPr="00BA1C32" w:rsidRDefault="00000000" w:rsidP="00E13F34">
      <w:pPr>
        <w:spacing w:after="0" w:line="240" w:lineRule="auto"/>
        <w:rPr>
          <w:b/>
          <w:bCs/>
        </w:rPr>
      </w:pPr>
      <w:r w:rsidRPr="00BA1C32">
        <w:rPr>
          <w:b/>
          <w:bCs/>
        </w:rPr>
        <w:t>2. FMSA U17 IDC Tournament – Call for Support</w:t>
      </w:r>
    </w:p>
    <w:p w14:paraId="2B1F6B4C" w14:textId="77777777" w:rsidR="00BB7C16" w:rsidRDefault="00BB7C16" w:rsidP="00E13F34">
      <w:pPr>
        <w:spacing w:after="0" w:line="240" w:lineRule="auto"/>
      </w:pPr>
    </w:p>
    <w:p w14:paraId="15AF6AC3" w14:textId="4C111606" w:rsidR="00BB7C16" w:rsidRDefault="00000000" w:rsidP="00E13F34">
      <w:pPr>
        <w:spacing w:after="0" w:line="240" w:lineRule="auto"/>
      </w:pPr>
      <w:r>
        <w:t>The Fiji Muslim Sports Association (FMSA) Under-17 IDC Tournament will be held in Ba over the Easter long weekend.</w:t>
      </w:r>
      <w:r w:rsidR="000C4D71">
        <w:t xml:space="preserve">  </w:t>
      </w:r>
      <w:r>
        <w:t>Nadi Muslim College is the defending champion, and we request all parents, students, and stakeholders to come in numbers and support the team.</w:t>
      </w:r>
    </w:p>
    <w:p w14:paraId="059F7969" w14:textId="77777777" w:rsidR="00BB7C16" w:rsidRDefault="00BB7C16" w:rsidP="00E13F34">
      <w:pPr>
        <w:spacing w:after="0" w:line="240" w:lineRule="auto"/>
      </w:pPr>
    </w:p>
    <w:p w14:paraId="520157F5" w14:textId="77777777" w:rsidR="00BB7C16" w:rsidRPr="00BA1C32" w:rsidRDefault="00000000" w:rsidP="00E13F34">
      <w:pPr>
        <w:spacing w:after="0" w:line="240" w:lineRule="auto"/>
        <w:rPr>
          <w:b/>
          <w:bCs/>
        </w:rPr>
      </w:pPr>
      <w:r w:rsidRPr="00BA1C32">
        <w:rPr>
          <w:b/>
          <w:bCs/>
        </w:rPr>
        <w:t>3. School Eid Celebration – Friday, 27 March 2026</w:t>
      </w:r>
    </w:p>
    <w:p w14:paraId="18982F4B" w14:textId="77777777" w:rsidR="00BB7C16" w:rsidRDefault="00BB7C16" w:rsidP="00E13F34">
      <w:pPr>
        <w:spacing w:after="0" w:line="240" w:lineRule="auto"/>
      </w:pPr>
    </w:p>
    <w:p w14:paraId="215B0932" w14:textId="77777777" w:rsidR="00BB7C16" w:rsidRDefault="00000000" w:rsidP="00E13F34">
      <w:pPr>
        <w:spacing w:after="0" w:line="240" w:lineRule="auto"/>
      </w:pPr>
      <w:r>
        <w:t>Morning: Normal classes</w:t>
      </w:r>
    </w:p>
    <w:p w14:paraId="3C7C7870" w14:textId="77777777" w:rsidR="00BB7C16" w:rsidRDefault="00000000" w:rsidP="00E13F34">
      <w:pPr>
        <w:spacing w:after="0" w:line="240" w:lineRule="auto"/>
      </w:pPr>
      <w:r>
        <w:t>After Recess: Form-based celebrations with class teachers</w:t>
      </w:r>
    </w:p>
    <w:p w14:paraId="0E254026" w14:textId="77777777" w:rsidR="00BB7C16" w:rsidRDefault="00000000" w:rsidP="00E13F34">
      <w:pPr>
        <w:spacing w:after="0" w:line="240" w:lineRule="auto"/>
      </w:pPr>
      <w:r>
        <w:t>Afternoon: Whole school assembly</w:t>
      </w:r>
    </w:p>
    <w:p w14:paraId="461AB504" w14:textId="77777777" w:rsidR="00BB7C16" w:rsidRDefault="00BB7C16" w:rsidP="00E13F34">
      <w:pPr>
        <w:spacing w:after="0" w:line="240" w:lineRule="auto"/>
      </w:pPr>
    </w:p>
    <w:p w14:paraId="099F31AC" w14:textId="77777777" w:rsidR="00BB7C16" w:rsidRDefault="00000000" w:rsidP="00E13F34">
      <w:pPr>
        <w:spacing w:after="0" w:line="240" w:lineRule="auto"/>
      </w:pPr>
      <w:r>
        <w:t>Parents are encouraged to support and share the essence of Eid with all students.</w:t>
      </w:r>
    </w:p>
    <w:p w14:paraId="3B415772" w14:textId="77777777" w:rsidR="00BB7C16" w:rsidRDefault="00BB7C16" w:rsidP="00E13F34">
      <w:pPr>
        <w:spacing w:after="0" w:line="240" w:lineRule="auto"/>
      </w:pPr>
    </w:p>
    <w:p w14:paraId="54C48096" w14:textId="77777777" w:rsidR="00BB7C16" w:rsidRPr="00BA1C32" w:rsidRDefault="00000000" w:rsidP="00E13F34">
      <w:pPr>
        <w:spacing w:after="0" w:line="240" w:lineRule="auto"/>
        <w:rPr>
          <w:b/>
          <w:bCs/>
        </w:rPr>
      </w:pPr>
      <w:r w:rsidRPr="00BA1C32">
        <w:rPr>
          <w:b/>
          <w:bCs/>
        </w:rPr>
        <w:t>4. Term End Examination – Week 13</w:t>
      </w:r>
    </w:p>
    <w:p w14:paraId="1185E1F9" w14:textId="77777777" w:rsidR="00BB7C16" w:rsidRDefault="00BB7C16" w:rsidP="00E13F34">
      <w:pPr>
        <w:spacing w:after="0" w:line="240" w:lineRule="auto"/>
      </w:pPr>
    </w:p>
    <w:p w14:paraId="583ABB03" w14:textId="77777777" w:rsidR="00BB7C16" w:rsidRDefault="00000000" w:rsidP="00E13F34">
      <w:pPr>
        <w:spacing w:after="0" w:line="240" w:lineRule="auto"/>
      </w:pPr>
      <w:r>
        <w:t>All examinations are mandatory. Students must sit for all papers. Parents are requested to monitor revision at home.</w:t>
      </w:r>
    </w:p>
    <w:p w14:paraId="60254CB6" w14:textId="77777777" w:rsidR="00BB7C16" w:rsidRDefault="00BB7C16" w:rsidP="00E13F34">
      <w:pPr>
        <w:spacing w:after="0" w:line="240" w:lineRule="auto"/>
      </w:pPr>
    </w:p>
    <w:p w14:paraId="11FCCE2B" w14:textId="77777777" w:rsidR="00BB7C16" w:rsidRPr="00BA1C32" w:rsidRDefault="00000000" w:rsidP="00E13F34">
      <w:pPr>
        <w:spacing w:after="0" w:line="240" w:lineRule="auto"/>
        <w:rPr>
          <w:b/>
          <w:bCs/>
        </w:rPr>
      </w:pPr>
      <w:r w:rsidRPr="00BA1C32">
        <w:rPr>
          <w:b/>
          <w:bCs/>
        </w:rPr>
        <w:t>5. Repeat &amp; Retention Policy</w:t>
      </w:r>
    </w:p>
    <w:p w14:paraId="2A7DF840" w14:textId="77777777" w:rsidR="00BB7C16" w:rsidRDefault="00BB7C16" w:rsidP="00E13F34">
      <w:pPr>
        <w:spacing w:after="0" w:line="240" w:lineRule="auto"/>
      </w:pPr>
    </w:p>
    <w:p w14:paraId="3DA984AB" w14:textId="77777777" w:rsidR="00BB7C16" w:rsidRDefault="00000000" w:rsidP="00E13F34">
      <w:pPr>
        <w:spacing w:after="0" w:line="240" w:lineRule="auto"/>
      </w:pPr>
      <w:r>
        <w:t>Parents and students are advised to familiarize themselves with this policy.</w:t>
      </w:r>
    </w:p>
    <w:p w14:paraId="2B5370A9" w14:textId="77777777" w:rsidR="00BB7C16" w:rsidRDefault="00BB7C16" w:rsidP="00E13F34">
      <w:pPr>
        <w:spacing w:after="0" w:line="240" w:lineRule="auto"/>
      </w:pPr>
    </w:p>
    <w:p w14:paraId="3B15C362" w14:textId="77777777" w:rsidR="00BB7C16" w:rsidRPr="00BA1C32" w:rsidRDefault="00000000" w:rsidP="00E13F34">
      <w:pPr>
        <w:spacing w:after="0" w:line="240" w:lineRule="auto"/>
        <w:rPr>
          <w:b/>
          <w:bCs/>
        </w:rPr>
      </w:pPr>
      <w:r w:rsidRPr="00BA1C32">
        <w:rPr>
          <w:b/>
          <w:bCs/>
        </w:rPr>
        <w:t>6. Channel of Communication</w:t>
      </w:r>
    </w:p>
    <w:p w14:paraId="4CF56516" w14:textId="77777777" w:rsidR="00BB7C16" w:rsidRDefault="00BB7C16" w:rsidP="00E13F34">
      <w:pPr>
        <w:spacing w:after="0" w:line="240" w:lineRule="auto"/>
      </w:pPr>
    </w:p>
    <w:p w14:paraId="7D33D8B3" w14:textId="77777777" w:rsidR="00BB7C16" w:rsidRDefault="00000000" w:rsidP="00E13F34">
      <w:pPr>
        <w:spacing w:after="0" w:line="240" w:lineRule="auto"/>
      </w:pPr>
      <w:r>
        <w:t>Email: nadimuslimcollege@gmail.com</w:t>
      </w:r>
    </w:p>
    <w:p w14:paraId="490D57D1" w14:textId="77777777" w:rsidR="00BB7C16" w:rsidRDefault="00000000" w:rsidP="00E13F34">
      <w:pPr>
        <w:spacing w:after="0" w:line="240" w:lineRule="auto"/>
      </w:pPr>
      <w:r>
        <w:t>Viber: 2126209</w:t>
      </w:r>
    </w:p>
    <w:p w14:paraId="1FEED275" w14:textId="77777777" w:rsidR="00BB7C16" w:rsidRDefault="00BB7C16" w:rsidP="00E13F34">
      <w:pPr>
        <w:spacing w:after="0" w:line="240" w:lineRule="auto"/>
      </w:pPr>
    </w:p>
    <w:p w14:paraId="280C8AB4" w14:textId="77777777" w:rsidR="00BB7C16" w:rsidRDefault="00000000" w:rsidP="00E13F34">
      <w:pPr>
        <w:spacing w:after="0" w:line="240" w:lineRule="auto"/>
      </w:pPr>
      <w:r>
        <w:t>Academic – VP</w:t>
      </w:r>
    </w:p>
    <w:p w14:paraId="0431D7B6" w14:textId="77777777" w:rsidR="00BB7C16" w:rsidRDefault="00000000" w:rsidP="00E13F34">
      <w:pPr>
        <w:spacing w:after="0" w:line="240" w:lineRule="auto"/>
      </w:pPr>
      <w:r>
        <w:t>Discipline – AP</w:t>
      </w:r>
    </w:p>
    <w:p w14:paraId="072D1D10" w14:textId="77777777" w:rsidR="00BB7C16" w:rsidRDefault="00000000" w:rsidP="00E13F34">
      <w:pPr>
        <w:spacing w:after="0" w:line="240" w:lineRule="auto"/>
      </w:pPr>
      <w:r>
        <w:t>Other matters – Principal</w:t>
      </w:r>
    </w:p>
    <w:p w14:paraId="68C0AE46" w14:textId="77777777" w:rsidR="00BB7C16" w:rsidRDefault="00BB7C16" w:rsidP="00E13F34">
      <w:pPr>
        <w:spacing w:after="0" w:line="240" w:lineRule="auto"/>
      </w:pPr>
    </w:p>
    <w:p w14:paraId="42EAADDD" w14:textId="77777777" w:rsidR="00BB7C16" w:rsidRPr="00BA1C32" w:rsidRDefault="00000000" w:rsidP="00E13F34">
      <w:pPr>
        <w:spacing w:after="0" w:line="240" w:lineRule="auto"/>
        <w:rPr>
          <w:b/>
          <w:bCs/>
        </w:rPr>
      </w:pPr>
      <w:r w:rsidRPr="00BA1C32">
        <w:rPr>
          <w:b/>
          <w:bCs/>
        </w:rPr>
        <w:t>7. Prohibited Items</w:t>
      </w:r>
    </w:p>
    <w:p w14:paraId="401CC97B" w14:textId="77777777" w:rsidR="00BB7C16" w:rsidRDefault="00BB7C16" w:rsidP="00E13F34">
      <w:pPr>
        <w:spacing w:after="0" w:line="240" w:lineRule="auto"/>
      </w:pPr>
    </w:p>
    <w:p w14:paraId="2B6A577D" w14:textId="77777777" w:rsidR="00BB7C16" w:rsidRDefault="00000000" w:rsidP="00BA1C32">
      <w:pPr>
        <w:pStyle w:val="ListParagraph"/>
        <w:numPr>
          <w:ilvl w:val="0"/>
          <w:numId w:val="10"/>
        </w:numPr>
        <w:spacing w:after="0" w:line="240" w:lineRule="auto"/>
      </w:pPr>
      <w:r>
        <w:t>Phones, sharp objects, vapes, drugs are strictly prohibited.</w:t>
      </w:r>
    </w:p>
    <w:p w14:paraId="29AB2E27" w14:textId="77777777" w:rsidR="00BB7C16" w:rsidRDefault="00000000" w:rsidP="00BA1C32">
      <w:pPr>
        <w:pStyle w:val="ListParagraph"/>
        <w:numPr>
          <w:ilvl w:val="0"/>
          <w:numId w:val="10"/>
        </w:numPr>
        <w:spacing w:after="0" w:line="240" w:lineRule="auto"/>
      </w:pPr>
      <w:r>
        <w:t>1st offence: Return end of term</w:t>
      </w:r>
    </w:p>
    <w:p w14:paraId="27165C8B" w14:textId="77777777" w:rsidR="00BB7C16" w:rsidRDefault="00000000" w:rsidP="00BA1C32">
      <w:pPr>
        <w:pStyle w:val="ListParagraph"/>
        <w:numPr>
          <w:ilvl w:val="0"/>
          <w:numId w:val="10"/>
        </w:numPr>
        <w:spacing w:after="0" w:line="240" w:lineRule="auto"/>
      </w:pPr>
      <w:r>
        <w:t>2nd offence: Return end of year</w:t>
      </w:r>
    </w:p>
    <w:p w14:paraId="1FE91A30" w14:textId="77777777" w:rsidR="00BB7C16" w:rsidRDefault="00000000" w:rsidP="00BA1C32">
      <w:pPr>
        <w:pStyle w:val="ListParagraph"/>
        <w:numPr>
          <w:ilvl w:val="0"/>
          <w:numId w:val="10"/>
        </w:numPr>
        <w:spacing w:after="0" w:line="240" w:lineRule="auto"/>
      </w:pPr>
      <w:r>
        <w:t>Serious cases reported to Police</w:t>
      </w:r>
    </w:p>
    <w:p w14:paraId="4C9E672C" w14:textId="77777777" w:rsidR="00BB7C16" w:rsidRDefault="00BB7C16" w:rsidP="00E13F34">
      <w:pPr>
        <w:spacing w:after="0" w:line="240" w:lineRule="auto"/>
      </w:pPr>
    </w:p>
    <w:p w14:paraId="73E8E49D" w14:textId="77777777" w:rsidR="00BB7C16" w:rsidRPr="00BA1C32" w:rsidRDefault="00000000" w:rsidP="00E13F34">
      <w:pPr>
        <w:spacing w:after="0" w:line="240" w:lineRule="auto"/>
        <w:rPr>
          <w:b/>
          <w:bCs/>
        </w:rPr>
      </w:pPr>
      <w:r w:rsidRPr="00BA1C32">
        <w:rPr>
          <w:b/>
          <w:bCs/>
        </w:rPr>
        <w:t>8. Student Safety &amp; Discipline</w:t>
      </w:r>
    </w:p>
    <w:p w14:paraId="48974EE0" w14:textId="77777777" w:rsidR="00BB7C16" w:rsidRDefault="00BB7C16" w:rsidP="00E13F34">
      <w:pPr>
        <w:spacing w:after="0" w:line="240" w:lineRule="auto"/>
      </w:pPr>
    </w:p>
    <w:p w14:paraId="6FB9BA51" w14:textId="35F072C4" w:rsidR="00BB7C16" w:rsidRDefault="00000000" w:rsidP="00BA1C32">
      <w:pPr>
        <w:pStyle w:val="ListParagraph"/>
        <w:numPr>
          <w:ilvl w:val="0"/>
          <w:numId w:val="15"/>
        </w:numPr>
        <w:spacing w:after="0" w:line="240" w:lineRule="auto"/>
      </w:pPr>
      <w:r>
        <w:t>Follow dispersal procedures</w:t>
      </w:r>
    </w:p>
    <w:p w14:paraId="432DB88D" w14:textId="429B83C3" w:rsidR="00BB7C16" w:rsidRDefault="00000000" w:rsidP="00BA1C32">
      <w:pPr>
        <w:pStyle w:val="ListParagraph"/>
        <w:numPr>
          <w:ilvl w:val="0"/>
          <w:numId w:val="15"/>
        </w:numPr>
        <w:spacing w:after="0" w:line="240" w:lineRule="auto"/>
      </w:pPr>
      <w:r>
        <w:t>No vehicles inside school grounds</w:t>
      </w:r>
    </w:p>
    <w:p w14:paraId="4C0DCE44" w14:textId="392116DE" w:rsidR="00BB7C16" w:rsidRDefault="00000000" w:rsidP="00BA1C32">
      <w:pPr>
        <w:pStyle w:val="ListParagraph"/>
        <w:numPr>
          <w:ilvl w:val="0"/>
          <w:numId w:val="15"/>
        </w:numPr>
        <w:spacing w:after="0" w:line="240" w:lineRule="auto"/>
      </w:pPr>
      <w:r>
        <w:t>Visitors must report to office</w:t>
      </w:r>
    </w:p>
    <w:p w14:paraId="48AEE6C3" w14:textId="733F5DFA" w:rsidR="00BB7C16" w:rsidRDefault="00000000" w:rsidP="00BA1C32">
      <w:pPr>
        <w:pStyle w:val="ListParagraph"/>
        <w:numPr>
          <w:ilvl w:val="0"/>
          <w:numId w:val="15"/>
        </w:numPr>
        <w:spacing w:after="0" w:line="240" w:lineRule="auto"/>
      </w:pPr>
      <w:r>
        <w:t>No recording without consent</w:t>
      </w:r>
    </w:p>
    <w:p w14:paraId="78D79B6E" w14:textId="71B3C543" w:rsidR="00BB7C16" w:rsidRDefault="00000000" w:rsidP="00BA1C32">
      <w:pPr>
        <w:pStyle w:val="ListParagraph"/>
        <w:numPr>
          <w:ilvl w:val="0"/>
          <w:numId w:val="15"/>
        </w:numPr>
        <w:spacing w:after="0" w:line="240" w:lineRule="auto"/>
      </w:pPr>
      <w:r>
        <w:t>Proper PE uniform required</w:t>
      </w:r>
    </w:p>
    <w:p w14:paraId="0272CDF1" w14:textId="219D1BD3" w:rsidR="00BB7C16" w:rsidRDefault="00000000" w:rsidP="00BA1C32">
      <w:pPr>
        <w:pStyle w:val="ListParagraph"/>
        <w:numPr>
          <w:ilvl w:val="0"/>
          <w:numId w:val="15"/>
        </w:numPr>
        <w:spacing w:after="0" w:line="240" w:lineRule="auto"/>
      </w:pPr>
      <w:r>
        <w:t>Maintain discipline in buses</w:t>
      </w:r>
    </w:p>
    <w:p w14:paraId="09533726" w14:textId="19C1701E" w:rsidR="00BB7C16" w:rsidRDefault="00000000" w:rsidP="00BA1C32">
      <w:pPr>
        <w:pStyle w:val="ListParagraph"/>
        <w:numPr>
          <w:ilvl w:val="0"/>
          <w:numId w:val="15"/>
        </w:numPr>
        <w:spacing w:after="0" w:line="240" w:lineRule="auto"/>
      </w:pPr>
      <w:r>
        <w:t>Theft will not be tolerated</w:t>
      </w:r>
    </w:p>
    <w:p w14:paraId="060C31CC" w14:textId="77777777" w:rsidR="00BA1C32" w:rsidRDefault="00BA1C32" w:rsidP="00BA1C32">
      <w:pPr>
        <w:spacing w:after="0" w:line="240" w:lineRule="auto"/>
      </w:pPr>
    </w:p>
    <w:p w14:paraId="6573AAAB" w14:textId="62CA80D5" w:rsidR="00BA1C32" w:rsidRPr="00BA1C32" w:rsidRDefault="00BA1C32" w:rsidP="00BA1C32">
      <w:pPr>
        <w:spacing w:after="0" w:line="240" w:lineRule="auto"/>
        <w:rPr>
          <w:b/>
          <w:bCs/>
        </w:rPr>
      </w:pPr>
      <w:r>
        <w:rPr>
          <w:b/>
          <w:bCs/>
        </w:rPr>
        <w:t>9.</w:t>
      </w:r>
      <w:r w:rsidRPr="00BA1C32">
        <w:rPr>
          <w:b/>
          <w:bCs/>
        </w:rPr>
        <w:t xml:space="preserve">Hair Length </w:t>
      </w:r>
      <w:r>
        <w:rPr>
          <w:b/>
          <w:bCs/>
        </w:rPr>
        <w:t>f</w:t>
      </w:r>
      <w:r w:rsidRPr="00BA1C32">
        <w:rPr>
          <w:b/>
          <w:bCs/>
        </w:rPr>
        <w:t>or Boys</w:t>
      </w:r>
    </w:p>
    <w:p w14:paraId="216742B5" w14:textId="77777777" w:rsidR="00BA1C32" w:rsidRDefault="00BA1C32" w:rsidP="00BA1C32">
      <w:pPr>
        <w:spacing w:after="0" w:line="240" w:lineRule="auto"/>
      </w:pPr>
    </w:p>
    <w:p w14:paraId="1176D267" w14:textId="797732A3" w:rsidR="00BA1C32" w:rsidRDefault="00BA1C32" w:rsidP="00BA1C32">
      <w:pPr>
        <w:pStyle w:val="ListParagraph"/>
        <w:numPr>
          <w:ilvl w:val="0"/>
          <w:numId w:val="16"/>
        </w:numPr>
        <w:spacing w:after="0" w:line="240" w:lineRule="auto"/>
      </w:pPr>
      <w:r>
        <w:t>Hair length should be above the shirt collar.</w:t>
      </w:r>
    </w:p>
    <w:p w14:paraId="1672792F" w14:textId="635505E6" w:rsidR="00BA1C32" w:rsidRDefault="00BA1C32" w:rsidP="00BA1C32">
      <w:pPr>
        <w:pStyle w:val="ListParagraph"/>
        <w:numPr>
          <w:ilvl w:val="0"/>
          <w:numId w:val="16"/>
        </w:numPr>
        <w:spacing w:after="0" w:line="240" w:lineRule="auto"/>
      </w:pPr>
      <w:r>
        <w:t xml:space="preserve">Mushroom and </w:t>
      </w:r>
      <w:proofErr w:type="spellStart"/>
      <w:r>
        <w:t>baid</w:t>
      </w:r>
      <w:proofErr w:type="spellEnd"/>
      <w:r>
        <w:t xml:space="preserve"> cuts prohibited (</w:t>
      </w:r>
      <w:proofErr w:type="spellStart"/>
      <w:r>
        <w:t>baid</w:t>
      </w:r>
      <w:proofErr w:type="spellEnd"/>
      <w:r>
        <w:t xml:space="preserve"> cuts permitted for bereavement reasons) </w:t>
      </w:r>
    </w:p>
    <w:p w14:paraId="409FC9A7" w14:textId="4C3A6B50" w:rsidR="00BA1C32" w:rsidRDefault="00BA1C32" w:rsidP="00BA1C32">
      <w:pPr>
        <w:pStyle w:val="ListParagraph"/>
        <w:numPr>
          <w:ilvl w:val="0"/>
          <w:numId w:val="16"/>
        </w:numPr>
        <w:spacing w:after="0" w:line="240" w:lineRule="auto"/>
      </w:pPr>
      <w:r>
        <w:t xml:space="preserve">No beards.  Beard and moustache </w:t>
      </w:r>
      <w:r>
        <w:t>are</w:t>
      </w:r>
      <w:r>
        <w:t xml:space="preserve"> permitted (according to Islamic culture only) by the approval of the </w:t>
      </w:r>
      <w:proofErr w:type="gramStart"/>
      <w:r>
        <w:t>Principal</w:t>
      </w:r>
      <w:proofErr w:type="gramEnd"/>
      <w:r>
        <w:t>.</w:t>
      </w:r>
    </w:p>
    <w:p w14:paraId="4D07F3BE" w14:textId="54D1B247" w:rsidR="00BA1C32" w:rsidRDefault="00BA1C32" w:rsidP="00BA1C32">
      <w:pPr>
        <w:pStyle w:val="ListParagraph"/>
        <w:numPr>
          <w:ilvl w:val="0"/>
          <w:numId w:val="16"/>
        </w:numPr>
        <w:spacing w:after="0" w:line="240" w:lineRule="auto"/>
      </w:pPr>
      <w:r>
        <w:t>Sideburns should be one inch above ear lobe.</w:t>
      </w:r>
    </w:p>
    <w:p w14:paraId="451EA554" w14:textId="6A5BD11D" w:rsidR="00BA1C32" w:rsidRDefault="00BA1C32" w:rsidP="00BA1C32">
      <w:pPr>
        <w:pStyle w:val="ListParagraph"/>
        <w:numPr>
          <w:ilvl w:val="0"/>
          <w:numId w:val="16"/>
        </w:numPr>
        <w:spacing w:after="0" w:line="240" w:lineRule="auto"/>
      </w:pPr>
      <w:r>
        <w:t>Excessive hair gel/dyes and fancy hair styles are strictly NOT permitted.</w:t>
      </w:r>
    </w:p>
    <w:p w14:paraId="67204F6C" w14:textId="2ECC3841" w:rsidR="00BA1C32" w:rsidRDefault="00BA1C32" w:rsidP="00BA1C32">
      <w:pPr>
        <w:pStyle w:val="ListParagraph"/>
        <w:numPr>
          <w:ilvl w:val="0"/>
          <w:numId w:val="16"/>
        </w:numPr>
        <w:spacing w:after="0" w:line="240" w:lineRule="auto"/>
      </w:pPr>
      <w:r>
        <w:t>Students with extreme fashionable hair</w:t>
      </w:r>
      <w:r>
        <w:t>-</w:t>
      </w:r>
      <w:r>
        <w:t>cuts will be sent home immediately with the Parents for</w:t>
      </w:r>
      <w:r>
        <w:t xml:space="preserve"> </w:t>
      </w:r>
      <w:r>
        <w:t>corrective measures.</w:t>
      </w:r>
    </w:p>
    <w:p w14:paraId="587760CE" w14:textId="77777777" w:rsidR="00BB7C16" w:rsidRDefault="00BB7C16" w:rsidP="00E13F34">
      <w:pPr>
        <w:spacing w:after="0" w:line="240" w:lineRule="auto"/>
      </w:pPr>
    </w:p>
    <w:p w14:paraId="28905B34" w14:textId="643743EF" w:rsidR="004624F6" w:rsidRDefault="004624F6" w:rsidP="004624F6">
      <w:pPr>
        <w:spacing w:after="0" w:line="240" w:lineRule="auto"/>
      </w:pPr>
      <w:r>
        <w:t>Please note that Period 7 will continue as a normal class period. Therefore, parents are only allowed to pick up their children at 3.20 pm, which is the normal dismissal time. No student will be released before 3.20 pm</w:t>
      </w:r>
      <w:r>
        <w:t xml:space="preserve"> except in</w:t>
      </w:r>
      <w:r>
        <w:t xml:space="preserve"> cases of emergencies. </w:t>
      </w:r>
    </w:p>
    <w:p w14:paraId="4507A737" w14:textId="77777777" w:rsidR="004624F6" w:rsidRDefault="004624F6" w:rsidP="004624F6">
      <w:pPr>
        <w:spacing w:after="0" w:line="240" w:lineRule="auto"/>
      </w:pPr>
    </w:p>
    <w:p w14:paraId="51A6D434" w14:textId="77777777" w:rsidR="004624F6" w:rsidRPr="004624F6" w:rsidRDefault="004624F6" w:rsidP="004624F6">
      <w:pPr>
        <w:spacing w:after="0" w:line="240" w:lineRule="auto"/>
        <w:rPr>
          <w:b/>
          <w:bCs/>
        </w:rPr>
      </w:pPr>
      <w:r w:rsidRPr="004624F6">
        <w:rPr>
          <w:b/>
          <w:bCs/>
        </w:rPr>
        <w:t>Parents are also kindly reminded to ensure that students bring their lunch from home in the morning. We have noticed that some lunches are being delivered late to school, and despite repeated reminders, some students are not coming to the office to collect them. This causes unnecessary disruption during class time. We seek your full support in ensuring your child comes prepared for the school day with their lunch.</w:t>
      </w:r>
    </w:p>
    <w:p w14:paraId="0827A5F6" w14:textId="77777777" w:rsidR="004624F6" w:rsidRDefault="004624F6" w:rsidP="004624F6">
      <w:pPr>
        <w:spacing w:after="0" w:line="240" w:lineRule="auto"/>
      </w:pPr>
    </w:p>
    <w:p w14:paraId="74168463" w14:textId="77777777" w:rsidR="004624F6" w:rsidRDefault="004624F6" w:rsidP="004624F6">
      <w:pPr>
        <w:spacing w:after="0" w:line="240" w:lineRule="auto"/>
      </w:pPr>
      <w:r>
        <w:t>Additionally, student attendance is of utmost importance. As per Ministry of Education requirements, students must maintain at least 80% attendance in order to qualify for external examinations and promotion to the next level. Parents are strongly urged to monitor their child’s attendance closely and ensure regular school attendance. Please take this matter seriously, as poor attendance will directly affect your child’s academic progression.</w:t>
      </w:r>
    </w:p>
    <w:p w14:paraId="1EE1C8BF" w14:textId="77777777" w:rsidR="004624F6" w:rsidRDefault="004624F6" w:rsidP="004624F6">
      <w:pPr>
        <w:spacing w:after="0" w:line="240" w:lineRule="auto"/>
      </w:pPr>
    </w:p>
    <w:p w14:paraId="4EDD271E" w14:textId="56DF07C0" w:rsidR="004624F6" w:rsidRDefault="004624F6" w:rsidP="004624F6">
      <w:pPr>
        <w:spacing w:after="0" w:line="240" w:lineRule="auto"/>
      </w:pPr>
      <w:r>
        <w:t>We appreciate your continued support and cooperation.</w:t>
      </w:r>
    </w:p>
    <w:p w14:paraId="76C9B1EA" w14:textId="77777777" w:rsidR="00BB7C16" w:rsidRPr="00BA1C32" w:rsidRDefault="00000000" w:rsidP="00E13F34">
      <w:pPr>
        <w:spacing w:after="0" w:line="240" w:lineRule="auto"/>
        <w:rPr>
          <w:b/>
          <w:bCs/>
        </w:rPr>
      </w:pPr>
      <w:r w:rsidRPr="00BA1C32">
        <w:rPr>
          <w:b/>
          <w:bCs/>
        </w:rPr>
        <w:t>Closing Message</w:t>
      </w:r>
    </w:p>
    <w:p w14:paraId="32BB4EED" w14:textId="77777777" w:rsidR="00BB7C16" w:rsidRDefault="00BB7C16" w:rsidP="00E13F34">
      <w:pPr>
        <w:spacing w:after="0" w:line="240" w:lineRule="auto"/>
      </w:pPr>
    </w:p>
    <w:p w14:paraId="56CFA9BF" w14:textId="6AA2D8E9" w:rsidR="00BB7C16" w:rsidRDefault="004624F6" w:rsidP="00E13F34">
      <w:pPr>
        <w:spacing w:after="0" w:line="240" w:lineRule="auto"/>
      </w:pPr>
      <w:r>
        <w:rPr>
          <w:noProof/>
        </w:rPr>
        <w:drawing>
          <wp:anchor distT="0" distB="0" distL="114300" distR="114300" simplePos="0" relativeHeight="251658240" behindDoc="1" locked="0" layoutInCell="1" allowOverlap="1" wp14:anchorId="3720F3EA" wp14:editId="13D32E58">
            <wp:simplePos x="0" y="0"/>
            <wp:positionH relativeFrom="column">
              <wp:posOffset>15875</wp:posOffset>
            </wp:positionH>
            <wp:positionV relativeFrom="paragraph">
              <wp:posOffset>152400</wp:posOffset>
            </wp:positionV>
            <wp:extent cx="1280160" cy="12439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0160" cy="1243965"/>
                    </a:xfrm>
                    <a:prstGeom prst="rect">
                      <a:avLst/>
                    </a:prstGeom>
                    <a:noFill/>
                  </pic:spPr>
                </pic:pic>
              </a:graphicData>
            </a:graphic>
            <wp14:sizeRelH relativeFrom="page">
              <wp14:pctWidth>0</wp14:pctWidth>
            </wp14:sizeRelH>
            <wp14:sizeRelV relativeFrom="page">
              <wp14:pctHeight>0</wp14:pctHeight>
            </wp14:sizeRelV>
          </wp:anchor>
        </w:drawing>
      </w:r>
      <w:r w:rsidR="00000000">
        <w:t>Thank you for your continued support.</w:t>
      </w:r>
    </w:p>
    <w:p w14:paraId="77AFE172" w14:textId="77777777" w:rsidR="00BB7C16" w:rsidRDefault="00BB7C16" w:rsidP="00E13F34">
      <w:pPr>
        <w:spacing w:after="0" w:line="240" w:lineRule="auto"/>
      </w:pPr>
    </w:p>
    <w:p w14:paraId="696619BE" w14:textId="447FAA01" w:rsidR="00BA1C32" w:rsidRDefault="00BA1C32" w:rsidP="00E13F34">
      <w:pPr>
        <w:spacing w:after="0" w:line="240" w:lineRule="auto"/>
      </w:pPr>
    </w:p>
    <w:p w14:paraId="495BEDCB" w14:textId="602E4891" w:rsidR="00B06EE4" w:rsidRDefault="00B06EE4" w:rsidP="00E13F34">
      <w:pPr>
        <w:spacing w:after="0" w:line="240" w:lineRule="auto"/>
      </w:pPr>
      <w:r>
        <w:t>_______________________________</w:t>
      </w:r>
    </w:p>
    <w:p w14:paraId="21E328F1" w14:textId="3BEEB08F" w:rsidR="00B06EE4" w:rsidRPr="00B06EE4" w:rsidRDefault="00B06EE4" w:rsidP="00E13F34">
      <w:pPr>
        <w:spacing w:after="0" w:line="240" w:lineRule="auto"/>
        <w:rPr>
          <w:b/>
          <w:bCs/>
        </w:rPr>
      </w:pPr>
      <w:r w:rsidRPr="00B06EE4">
        <w:rPr>
          <w:b/>
          <w:bCs/>
        </w:rPr>
        <w:t>MOHAMMED FEROZ</w:t>
      </w:r>
    </w:p>
    <w:p w14:paraId="21CB18D1" w14:textId="394E043E" w:rsidR="00B06EE4" w:rsidRPr="00B06EE4" w:rsidRDefault="00B06EE4" w:rsidP="00E13F34">
      <w:pPr>
        <w:spacing w:after="0" w:line="240" w:lineRule="auto"/>
        <w:rPr>
          <w:b/>
          <w:bCs/>
        </w:rPr>
      </w:pPr>
      <w:r w:rsidRPr="00B06EE4">
        <w:rPr>
          <w:b/>
          <w:bCs/>
        </w:rPr>
        <w:t>HEAD OF SCHOOL</w:t>
      </w:r>
    </w:p>
    <w:sectPr w:rsidR="00B06EE4" w:rsidRPr="00B06EE4" w:rsidSect="004624F6">
      <w:pgSz w:w="12240" w:h="15840"/>
      <w:pgMar w:top="426" w:right="758" w:bottom="1135"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C3849DA"/>
    <w:multiLevelType w:val="hybridMultilevel"/>
    <w:tmpl w:val="F84C2AB4"/>
    <w:lvl w:ilvl="0" w:tplc="6E2AB0C4">
      <w:numFmt w:val="bullet"/>
      <w:lvlText w:val="-"/>
      <w:lvlJc w:val="left"/>
      <w:pPr>
        <w:ind w:left="1080" w:hanging="360"/>
      </w:pPr>
      <w:rPr>
        <w:rFonts w:ascii="Cambria" w:eastAsiaTheme="minorEastAsia" w:hAnsi="Cambria" w:cstheme="minorBid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3DFC21E2"/>
    <w:multiLevelType w:val="hybridMultilevel"/>
    <w:tmpl w:val="47B2F7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F633F30"/>
    <w:multiLevelType w:val="hybridMultilevel"/>
    <w:tmpl w:val="B6DC8498"/>
    <w:lvl w:ilvl="0" w:tplc="6E2AB0C4">
      <w:numFmt w:val="bullet"/>
      <w:lvlText w:val="-"/>
      <w:lvlJc w:val="left"/>
      <w:pPr>
        <w:ind w:left="1080" w:hanging="360"/>
      </w:pPr>
      <w:rPr>
        <w:rFonts w:ascii="Cambria" w:eastAsiaTheme="minorEastAsia" w:hAnsi="Cambria" w:cstheme="minorBid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 w15:restartNumberingAfterBreak="0">
    <w:nsid w:val="514F7C84"/>
    <w:multiLevelType w:val="hybridMultilevel"/>
    <w:tmpl w:val="71E24D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A4F3424"/>
    <w:multiLevelType w:val="hybridMultilevel"/>
    <w:tmpl w:val="26E6AF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A784A9D"/>
    <w:multiLevelType w:val="hybridMultilevel"/>
    <w:tmpl w:val="4546EF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E3B7C3D"/>
    <w:multiLevelType w:val="hybridMultilevel"/>
    <w:tmpl w:val="F9F6184E"/>
    <w:lvl w:ilvl="0" w:tplc="6E2AB0C4">
      <w:numFmt w:val="bullet"/>
      <w:lvlText w:val="-"/>
      <w:lvlJc w:val="left"/>
      <w:pPr>
        <w:ind w:left="720" w:hanging="360"/>
      </w:pPr>
      <w:rPr>
        <w:rFonts w:ascii="Cambria" w:eastAsiaTheme="minorEastAsia" w:hAnsi="Cambri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002655052">
    <w:abstractNumId w:val="8"/>
  </w:num>
  <w:num w:numId="2" w16cid:durableId="634683246">
    <w:abstractNumId w:val="6"/>
  </w:num>
  <w:num w:numId="3" w16cid:durableId="1730349082">
    <w:abstractNumId w:val="5"/>
  </w:num>
  <w:num w:numId="4" w16cid:durableId="1429354312">
    <w:abstractNumId w:val="4"/>
  </w:num>
  <w:num w:numId="5" w16cid:durableId="1225875560">
    <w:abstractNumId w:val="7"/>
  </w:num>
  <w:num w:numId="6" w16cid:durableId="1246761743">
    <w:abstractNumId w:val="3"/>
  </w:num>
  <w:num w:numId="7" w16cid:durableId="1656911021">
    <w:abstractNumId w:val="2"/>
  </w:num>
  <w:num w:numId="8" w16cid:durableId="992874019">
    <w:abstractNumId w:val="1"/>
  </w:num>
  <w:num w:numId="9" w16cid:durableId="776104233">
    <w:abstractNumId w:val="0"/>
  </w:num>
  <w:num w:numId="10" w16cid:durableId="318845560">
    <w:abstractNumId w:val="12"/>
  </w:num>
  <w:num w:numId="11" w16cid:durableId="1642611558">
    <w:abstractNumId w:val="14"/>
  </w:num>
  <w:num w:numId="12" w16cid:durableId="1401754659">
    <w:abstractNumId w:val="15"/>
  </w:num>
  <w:num w:numId="13" w16cid:durableId="1026713106">
    <w:abstractNumId w:val="9"/>
  </w:num>
  <w:num w:numId="14" w16cid:durableId="1889801625">
    <w:abstractNumId w:val="11"/>
  </w:num>
  <w:num w:numId="15" w16cid:durableId="198470862">
    <w:abstractNumId w:val="13"/>
  </w:num>
  <w:num w:numId="16" w16cid:durableId="21281119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4DB0"/>
    <w:rsid w:val="000C4D71"/>
    <w:rsid w:val="0015074B"/>
    <w:rsid w:val="0029639D"/>
    <w:rsid w:val="002C7AB7"/>
    <w:rsid w:val="00326F90"/>
    <w:rsid w:val="004624F6"/>
    <w:rsid w:val="007D256E"/>
    <w:rsid w:val="00AA1D8D"/>
    <w:rsid w:val="00B06EE4"/>
    <w:rsid w:val="00B47730"/>
    <w:rsid w:val="00BA1C32"/>
    <w:rsid w:val="00BB7C16"/>
    <w:rsid w:val="00CB0664"/>
    <w:rsid w:val="00E13F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A67556"/>
  <w14:defaultImageDpi w14:val="300"/>
  <w15:docId w15:val="{AD6450E9-E2BF-43F5-8390-359DEA286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Yashmin Nisha</cp:lastModifiedBy>
  <cp:revision>2</cp:revision>
  <cp:lastPrinted>2026-03-23T02:26:00Z</cp:lastPrinted>
  <dcterms:created xsi:type="dcterms:W3CDTF">2026-03-23T02:29:00Z</dcterms:created>
  <dcterms:modified xsi:type="dcterms:W3CDTF">2026-03-23T02:29:00Z</dcterms:modified>
  <cp:category/>
</cp:coreProperties>
</file>